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למשפחה ולבית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 פשוט בעברית על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ולסדר משפטים עם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שיש לו אחות קטנה, לא אח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מהבנק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(👨‍👩‍👧‍👦)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המילים למשפט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אמא,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המשפחה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עם מספר בני המשפחה ושמות התפקידים, למשל: במשפחה שלי יש אמא, אבא ואח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בן משפחה מתקבל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בובי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להתחיל מהתאמת התמונות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להציג את הציור של המשפחה ולומר את השמות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מסופר על ילד שיש לו אמא, אבא, אחות קטנה, סבא וסבתא וכלב בשם בובי. בדף הזה נתרגל את המילים והמשפטים מהטקסט.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אמא  ·  המשפחה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המילה המתאימה לתמונה 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קוראים לכלב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מיקי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לילד יש אח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סבא וסבתא גרים קרוב למשפחה.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מהבנק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זאת 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 לי __________, אבא ואחות קטנה.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👨‍👩‍👧‍👦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המילים למשפט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אמא,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על המשפחה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קצר: כמה אנשים יש במשפחה שלכם ומי 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אחד של בן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או לא נכון: בבית בטקסט יש שלושה חדרים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משפחה ובית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