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למשפחה ולבית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 פשוט בעברית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ולסדר משפטים עם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סבא וסבתא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שיש לו אחות קטנה, לא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כתוב שיש שלושה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מדובר על כלב ולא על חתול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(👨‍👩‍👧‍👦)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ואחות קטנה.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מספר בני המשפחה ושמות התפקידים, למשל: במשפחה שלי יש אמא, אבא ואח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ברור עם דמויות ושמות כתובים נכון, שימוש במילות אוצר המילים כמו אמא, אבא, אח, אחות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בן משפחה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להתחיל מהתאמת התמונות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להציג את הציור של המשפחה ולומר את השמות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משפחה ובית. נקרא משפט קצר ונענה על שאלות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אבא, ילדים - כולם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אִמָּא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שהיא ההורה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אַבָּא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הגבר שהוא ההורה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אָחוֹת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ילדה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סַבָּא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של אמא או של אבא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סָבְתָא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אמא או של אבא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שגרים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כֶּלֶב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חיית מחמד שנובחת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לתמונה של אישה?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הכלב במשפחה?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חדרים יש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גר קרוב לבית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אח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 גרים קרוב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יש ארבעה חדרים.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הכלב הוא בובי.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למשפחה יש חתול 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זאת 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__________, אבא ואחות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וסבתא גרים קרוב אלינו.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שלנו יש שלושה חדרים.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לנו כלב קטן, קוראים לו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👨‍👩‍👧‍👦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ואחות קטנה.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קצר: כמה אנשים יש במשפחה שלכם ומי 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את המשפחה שלכם וכתבו את השם של כל אחד ליד הציור.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אחד של בן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נכון: בבית בטקסט יש שלושה חדרים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הכלב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