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למשפחה ולבית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 פשוט בעברית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ולסדר משפטים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סבא וסבתא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שיש לו אחות קטנה, לא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כתוב שיש שלושה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מדובר על כלב ולא על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(👨‍👩‍👧‍👦)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ואחות קטנה.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מספר בני המשפחה ושמות התפקידים, למשל: במשפחה שלי יש אמא, אבא ואח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ברור עם דמויות ושמות כתובים נכון, שימוש במילות אוצר המילים כמו אמא, אבא, אח, אחות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בן משפחה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מהתאמת התמונות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להציג את הציור של המשפחה ולומר את השמות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מסופר על ילד שיש לו אמא, אבא, אחות קטנה, סבא וסבתא וכלב בשם בובי. בדף הזה נתרגל את המילים והמשפטים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המתאימה לתמונה 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לכלב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חדרים יש בבית שבטקסט?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גר קרוב למשפחה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אח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גרים קרוב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יש ארבעה חדרים.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הכלב הוא בובי.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למשפחה יש חתול 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__________, אבא ואחות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וסבתא גרים קרוב אלינו.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שלנו יש שלושה חדרים.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לנו כלב קטן, קוראים לו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👨‍👩‍👧‍👦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ואחות קטנה.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כמה אנשים יש במשפחה שלכם ומי 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המשפחה שלכם וכתבו את השם של כל אחד ליד הציור.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של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בבית בטקסט יש שלושה חדרים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